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49C" w:rsidRDefault="00A57F99">
      <w:pPr>
        <w:pStyle w:val="KonuBal"/>
        <w:jc w:val="center"/>
      </w:pPr>
      <w:r>
        <w:t>2025-2026 EĞİTİM - ÖĞRETİM YILI</w:t>
      </w:r>
    </w:p>
    <w:p w:rsidR="0020149C" w:rsidRDefault="00A57F99">
      <w:pPr>
        <w:pStyle w:val="Balk1"/>
        <w:jc w:val="center"/>
      </w:pPr>
      <w:r>
        <w:t>4. SINIF İHTİYAÇ LİSTESİ</w:t>
      </w:r>
    </w:p>
    <w:p w:rsidR="00A57F99" w:rsidRPr="00A57F99" w:rsidRDefault="00A57F99" w:rsidP="00A57F99"/>
    <w:p w:rsidR="0020149C" w:rsidRDefault="00A57F99">
      <w:r>
        <w:t>• 80 yaprak büyük boy kareli Matematik defteri,</w:t>
      </w:r>
    </w:p>
    <w:p w:rsidR="0020149C" w:rsidRDefault="00A57F99">
      <w:r>
        <w:t>• 60 yaprak büyük boy çizgili Türkçe defteri,</w:t>
      </w:r>
    </w:p>
    <w:p w:rsidR="0020149C" w:rsidRDefault="00A57F99">
      <w:r>
        <w:t>• 60 yaprak büyük boy kareli Fen Bilimleri defteri,</w:t>
      </w:r>
    </w:p>
    <w:p w:rsidR="0020149C" w:rsidRDefault="00A57F99">
      <w:r>
        <w:t xml:space="preserve">• 60 yaprak büyük boy çizgili Sosyal Bilgiler </w:t>
      </w:r>
      <w:r>
        <w:t>defteri,</w:t>
      </w:r>
    </w:p>
    <w:p w:rsidR="0020149C" w:rsidRDefault="00A57F99">
      <w:r>
        <w:t>• 60 yaprak büyük boy çizgili İngilizce defteri,</w:t>
      </w:r>
    </w:p>
    <w:p w:rsidR="0020149C" w:rsidRDefault="00A57F99">
      <w:r>
        <w:t>• 40 yaprak büyük boy çizgili DKAB defteri,</w:t>
      </w:r>
    </w:p>
    <w:p w:rsidR="0020149C" w:rsidRDefault="00A57F99">
      <w:r>
        <w:t>• Orta boy, çek koparılı resim defteri,</w:t>
      </w:r>
    </w:p>
    <w:p w:rsidR="0020149C" w:rsidRDefault="00A57F99">
      <w:r>
        <w:t>• Not almak, ödev yazmak için mini not defteri,</w:t>
      </w:r>
    </w:p>
    <w:p w:rsidR="0020149C" w:rsidRDefault="00A57F99">
      <w:r>
        <w:t xml:space="preserve">• </w:t>
      </w:r>
      <w:proofErr w:type="spellStart"/>
      <w:r>
        <w:t>Çıtçıtlı</w:t>
      </w:r>
      <w:proofErr w:type="spellEnd"/>
      <w:r>
        <w:t xml:space="preserve"> </w:t>
      </w:r>
      <w:proofErr w:type="spellStart"/>
      <w:r>
        <w:t>ödev</w:t>
      </w:r>
      <w:proofErr w:type="spellEnd"/>
      <w:r>
        <w:t xml:space="preserve"> </w:t>
      </w:r>
      <w:proofErr w:type="spellStart"/>
      <w:r>
        <w:t>dosyası</w:t>
      </w:r>
      <w:proofErr w:type="spellEnd"/>
      <w:r>
        <w:t xml:space="preserve"> (2 </w:t>
      </w:r>
      <w:proofErr w:type="spellStart"/>
      <w:r>
        <w:t>Adet</w:t>
      </w:r>
      <w:proofErr w:type="spellEnd"/>
      <w:r>
        <w:t>)</w:t>
      </w:r>
      <w:r>
        <w:t>,</w:t>
      </w:r>
    </w:p>
    <w:p w:rsidR="0020149C" w:rsidRDefault="00A57F99">
      <w:r>
        <w:t>• Türkçe Sözlük, Atasözleri ve Deyimler Sö</w:t>
      </w:r>
      <w:r>
        <w:t>zlüğü,</w:t>
      </w:r>
    </w:p>
    <w:p w:rsidR="0020149C" w:rsidRDefault="00A57F99">
      <w:r>
        <w:t xml:space="preserve">• 12’li Kuru Boya, Pastel Boya, Sulu </w:t>
      </w:r>
      <w:proofErr w:type="spellStart"/>
      <w:r>
        <w:t>Boya</w:t>
      </w:r>
      <w:proofErr w:type="spellEnd"/>
      <w:r>
        <w:t xml:space="preserve">, </w:t>
      </w:r>
      <w:proofErr w:type="spellStart"/>
      <w:r>
        <w:t>su</w:t>
      </w:r>
      <w:proofErr w:type="spellEnd"/>
      <w:r>
        <w:t xml:space="preserve"> </w:t>
      </w:r>
      <w:proofErr w:type="spellStart"/>
      <w:r>
        <w:t>kabı</w:t>
      </w:r>
      <w:proofErr w:type="spellEnd"/>
      <w:r>
        <w:t>,</w:t>
      </w:r>
    </w:p>
    <w:p w:rsidR="00A57F99" w:rsidRDefault="00A57F99" w:rsidP="00A57F99">
      <w:r>
        <w:t xml:space="preserve">• </w:t>
      </w:r>
      <w:r>
        <w:t xml:space="preserve">1 Top A4 </w:t>
      </w:r>
      <w:proofErr w:type="spellStart"/>
      <w:r>
        <w:t>Kağıt</w:t>
      </w:r>
      <w:proofErr w:type="spellEnd"/>
      <w:r>
        <w:t xml:space="preserve"> (</w:t>
      </w:r>
      <w:proofErr w:type="spellStart"/>
      <w:r>
        <w:t>Öğretmene</w:t>
      </w:r>
      <w:proofErr w:type="spellEnd"/>
      <w:r>
        <w:t xml:space="preserve"> </w:t>
      </w:r>
      <w:proofErr w:type="spellStart"/>
      <w:r>
        <w:t>Teslim</w:t>
      </w:r>
      <w:proofErr w:type="spellEnd"/>
      <w:r>
        <w:t xml:space="preserve"> </w:t>
      </w:r>
      <w:proofErr w:type="spellStart"/>
      <w:r>
        <w:t>Edilecek</w:t>
      </w:r>
      <w:proofErr w:type="spellEnd"/>
      <w:r>
        <w:t>)</w:t>
      </w:r>
    </w:p>
    <w:p w:rsidR="00A57F99" w:rsidRDefault="00A57F99" w:rsidP="00A57F99">
      <w:r>
        <w:t xml:space="preserve">• </w:t>
      </w:r>
      <w:r>
        <w:t xml:space="preserve">2’li </w:t>
      </w:r>
      <w:proofErr w:type="spellStart"/>
      <w:r>
        <w:t>Kağıt</w:t>
      </w:r>
      <w:proofErr w:type="spellEnd"/>
      <w:r>
        <w:t xml:space="preserve"> </w:t>
      </w:r>
      <w:proofErr w:type="spellStart"/>
      <w:r>
        <w:t>Havlu</w:t>
      </w:r>
      <w:proofErr w:type="spellEnd"/>
      <w:r>
        <w:t xml:space="preserve"> </w:t>
      </w:r>
      <w:r>
        <w:t>(</w:t>
      </w:r>
      <w:proofErr w:type="spellStart"/>
      <w:r>
        <w:t>Öğretmene</w:t>
      </w:r>
      <w:proofErr w:type="spellEnd"/>
      <w:r>
        <w:t xml:space="preserve"> </w:t>
      </w:r>
      <w:proofErr w:type="spellStart"/>
      <w:r>
        <w:t>Teslim</w:t>
      </w:r>
      <w:proofErr w:type="spellEnd"/>
      <w:r>
        <w:t xml:space="preserve"> </w:t>
      </w:r>
      <w:proofErr w:type="spellStart"/>
      <w:r>
        <w:t>Edilecek</w:t>
      </w:r>
      <w:proofErr w:type="spellEnd"/>
      <w:r>
        <w:t>)</w:t>
      </w:r>
    </w:p>
    <w:p w:rsidR="00A57F99" w:rsidRDefault="00A57F99">
      <w:r>
        <w:t xml:space="preserve">• </w:t>
      </w:r>
      <w:proofErr w:type="spellStart"/>
      <w:r>
        <w:t>Islak</w:t>
      </w:r>
      <w:proofErr w:type="spellEnd"/>
      <w:r>
        <w:t xml:space="preserve"> </w:t>
      </w:r>
      <w:proofErr w:type="spellStart"/>
      <w:r>
        <w:t>Mendil</w:t>
      </w:r>
      <w:proofErr w:type="spellEnd"/>
      <w:r>
        <w:t xml:space="preserve"> </w:t>
      </w:r>
      <w:r>
        <w:t>(</w:t>
      </w:r>
      <w:proofErr w:type="spellStart"/>
      <w:r>
        <w:t>Öğretmene</w:t>
      </w:r>
      <w:proofErr w:type="spellEnd"/>
      <w:r>
        <w:t xml:space="preserve"> </w:t>
      </w:r>
      <w:proofErr w:type="spellStart"/>
      <w:r>
        <w:t>Teslim</w:t>
      </w:r>
      <w:proofErr w:type="spellEnd"/>
      <w:r>
        <w:t xml:space="preserve"> </w:t>
      </w:r>
      <w:proofErr w:type="spellStart"/>
      <w:r>
        <w:t>Edilecek</w:t>
      </w:r>
      <w:proofErr w:type="spellEnd"/>
      <w:r>
        <w:t>)</w:t>
      </w:r>
    </w:p>
    <w:p w:rsidR="0020149C" w:rsidRDefault="00A57F99">
      <w:r>
        <w:t xml:space="preserve">• Yeteri </w:t>
      </w:r>
      <w:proofErr w:type="gramStart"/>
      <w:r>
        <w:t>kadar</w:t>
      </w:r>
      <w:proofErr w:type="gramEnd"/>
      <w:r>
        <w:t xml:space="preserve"> ama kaliteli “kurşun kalem, kırmızı kalem, silgi, çöp hazneli kalemtıraş, cetvel takımı, makas, stick yapıştırıcı.” (Özellikle yapıştırıcı kaliteli olsun bazı markalar maalesef çok v</w:t>
      </w:r>
      <w:r>
        <w:t>erimsiz oluyor, yapışmıyor, bilinen kaliteli ürünlerden olsun.)</w:t>
      </w:r>
    </w:p>
    <w:p w:rsidR="00A57F99" w:rsidRPr="00A57F99" w:rsidRDefault="00A57F99">
      <w:pPr>
        <w:rPr>
          <w:i/>
        </w:rPr>
      </w:pPr>
      <w:r>
        <w:rPr>
          <w:b/>
        </w:rPr>
        <w:t xml:space="preserve">Not: </w:t>
      </w:r>
      <w:r>
        <w:rPr>
          <w:i/>
        </w:rPr>
        <w:t xml:space="preserve">Geçen seneden kalan, kullanılabilecek durumda olan araç gereçler varsa </w:t>
      </w:r>
      <w:proofErr w:type="spellStart"/>
      <w:r>
        <w:rPr>
          <w:i/>
        </w:rPr>
        <w:t>bu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sene</w:t>
      </w:r>
      <w:proofErr w:type="spellEnd"/>
      <w:r>
        <w:rPr>
          <w:i/>
        </w:rPr>
        <w:t xml:space="preserve"> de </w:t>
      </w:r>
      <w:proofErr w:type="spellStart"/>
      <w:r>
        <w:rPr>
          <w:i/>
        </w:rPr>
        <w:t>kullanabilirler</w:t>
      </w:r>
      <w:proofErr w:type="spellEnd"/>
      <w:r>
        <w:rPr>
          <w:i/>
        </w:rPr>
        <w:t>.</w:t>
      </w:r>
      <w:bookmarkStart w:id="0" w:name="_GoBack"/>
      <w:bookmarkEnd w:id="0"/>
    </w:p>
    <w:sectPr w:rsidR="00A57F99" w:rsidRPr="00A57F9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0149C"/>
    <w:rsid w:val="0029639D"/>
    <w:rsid w:val="00326F90"/>
    <w:rsid w:val="00A57F9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32DA1305-B019-4B9A-B7B2-7669DEF69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BFAD2C2-F0AD-4247-9210-31C7DE8E4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1073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Microsoft hesabı</cp:lastModifiedBy>
  <cp:revision>2</cp:revision>
  <dcterms:created xsi:type="dcterms:W3CDTF">2013-12-23T23:15:00Z</dcterms:created>
  <dcterms:modified xsi:type="dcterms:W3CDTF">2025-08-31T20:51:00Z</dcterms:modified>
  <cp:category/>
</cp:coreProperties>
</file>